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C08800"/>
          <w:sz w:val="16"/>
        </w:rPr>
        <w:t>SAD VINTED FACES  ·  sadvintedfaces.com</w:t>
      </w:r>
    </w:p>
    <w:p>
      <w:r>
        <w:rPr>
          <w:b/>
          <w:color w:val="0F2A2C"/>
          <w:sz w:val="40"/>
        </w:rPr>
        <w:t>Section 75 / Chargeback + Financial Ombudsman</w:t>
      </w:r>
    </w:p>
    <w:p>
      <w:r>
        <w:rPr>
          <w:i/>
          <w:color w:val="5E7375"/>
          <w:sz w:val="22"/>
        </w:rPr>
        <w:t>Two letters in one file. Section A goes to your card issuer or bank. Section B is your escalation to FOS if they refuse.</w:t>
      </w:r>
    </w:p>
    <w:p>
      <w:pPr>
        <w:pBdr>
          <w:bottom w:val="single" w:sz="6" w:space="1" w:color="0F2A2C"/>
        </w:pBdr>
      </w:pPr>
    </w:p>
    <w:p>
      <w:pPr>
        <w:spacing w:before="280" w:after="80"/>
      </w:pPr>
      <w:r>
        <w:rPr>
          <w:b/>
          <w:color w:val="007782"/>
          <w:sz w:val="22"/>
        </w:rPr>
        <w:t>HOW THIS WORKS (READ FIRST)</w:t>
      </w:r>
    </w:p>
    <w:p>
      <w:pPr>
        <w:spacing w:after="120"/>
      </w:pPr>
      <w:r>
        <w:rPr>
          <w:b w:val="0"/>
          <w:i w:val="0"/>
          <w:sz w:val="22"/>
        </w:rPr>
        <w:t>The Financial Ombudsman Service (FOS) is free and independent. It handles complaints about UK-regulated financial firms.</w:t>
      </w:r>
    </w:p>
    <w:p>
      <w:pPr>
        <w:spacing w:after="120"/>
      </w:pPr>
      <w:r>
        <w:rPr>
          <w:b w:val="0"/>
          <w:i w:val="0"/>
          <w:sz w:val="22"/>
        </w:rPr>
        <w:t>Vinted itself is not a UK-regulated financial firm, so FOS cannot investigate Vinted directly. However, FOS CAN investigate:</w:t>
      </w:r>
    </w:p>
    <w:p>
      <w:pPr>
        <w:pStyle w:val="ListBullet"/>
        <w:spacing w:after="60"/>
      </w:pPr>
      <w:r>
        <w:rPr>
          <w:sz w:val="22"/>
        </w:rPr>
        <w:t>Your card issuer (Visa, Mastercard, Amex debit or credit) if they refused a legitimate chargeback or Section 75 claim.</w:t>
      </w:r>
    </w:p>
    <w:p>
      <w:pPr>
        <w:pStyle w:val="ListBullet"/>
        <w:spacing w:after="60"/>
      </w:pPr>
      <w:r>
        <w:rPr>
          <w:sz w:val="22"/>
        </w:rPr>
        <w:t>Your bank if they refused an authorised push payment (APP) fraud reimbursement claim.</w:t>
      </w:r>
    </w:p>
    <w:p>
      <w:pPr>
        <w:pStyle w:val="ListBullet"/>
        <w:spacing w:after="60"/>
      </w:pPr>
      <w:r>
        <w:rPr>
          <w:sz w:val="22"/>
        </w:rPr>
        <w:t>Any regulated payment provider that handled your Vinted transaction.</w:t>
      </w:r>
    </w:p>
    <w:p>
      <w:pPr>
        <w:spacing w:after="120"/>
      </w:pPr>
      <w:r>
        <w:rPr>
          <w:b w:val="0"/>
          <w:i w:val="0"/>
          <w:sz w:val="22"/>
        </w:rPr>
        <w:t>The order of operations is strict:</w:t>
      </w:r>
    </w:p>
    <w:p>
      <w:pPr>
        <w:spacing w:after="120"/>
      </w:pPr>
      <w:r>
        <w:rPr>
          <w:b/>
          <w:sz w:val="22"/>
        </w:rPr>
        <w:t xml:space="preserve">1. </w:t>
      </w:r>
      <w:r>
        <w:rPr>
          <w:sz w:val="22"/>
        </w:rPr>
        <w:t>Complain to your card issuer or bank first, in writing, and give them 8 weeks to respond.</w:t>
      </w:r>
    </w:p>
    <w:p>
      <w:pPr>
        <w:spacing w:after="120"/>
      </w:pPr>
      <w:r>
        <w:rPr>
          <w:b/>
          <w:sz w:val="22"/>
        </w:rPr>
        <w:t xml:space="preserve">2. </w:t>
      </w:r>
      <w:r>
        <w:rPr>
          <w:sz w:val="22"/>
        </w:rPr>
        <w:t>If they refuse or fail to respond, THEN you can escalate to FOS.</w:t>
      </w:r>
    </w:p>
    <w:p>
      <w:pPr>
        <w:spacing w:after="120"/>
      </w:pPr>
      <w:r>
        <w:rPr>
          <w:b w:val="0"/>
          <w:i w:val="0"/>
          <w:sz w:val="22"/>
        </w:rPr>
        <w:t>Section A is your first letter to your card issuer or bank. Section B is your escalation letter to FOS.</w:t>
      </w:r>
    </w:p>
    <w:p>
      <w:pPr>
        <w:spacing w:before="280" w:after="80"/>
      </w:pPr>
      <w:r>
        <w:rPr>
          <w:b/>
          <w:color w:val="007782"/>
          <w:sz w:val="22"/>
        </w:rPr>
        <w:t>SECTION A: LETTER TO YOUR CARD ISSUER OR BANK</w:t>
      </w:r>
    </w:p>
    <w:p>
      <w:pPr>
        <w:spacing w:after="120"/>
      </w:pPr>
      <w:r>
        <w:rPr>
          <w:b w:val="0"/>
          <w:i/>
          <w:color w:val="5E7375"/>
          <w:sz w:val="22"/>
        </w:rPr>
        <w:t>Send this first. Wait up to 8 weeks for their final response.</w:t>
      </w:r>
    </w:p>
    <w:p>
      <w:pPr>
        <w:spacing w:after="120"/>
      </w:pPr>
      <w:r>
        <w:rPr>
          <w:b w:val="0"/>
          <w:i/>
          <w:color w:val="5E7375"/>
          <w:sz w:val="20"/>
        </w:rPr>
        <w:t>Send via: your card issuer's official complaints route (found in their app, on their website, or on the back of your card). Most accept written complaints by post, secure message in-app, or email.</w:t>
      </w:r>
    </w:p>
    <w:p>
      <w:pPr>
        <w:spacing w:after="120"/>
      </w:pPr>
      <w:r>
        <w:rPr>
          <w:sz w:val="22"/>
        </w:rPr>
        <w:t xml:space="preserve">To: </w:t>
      </w:r>
      <w:r>
        <w:rPr>
          <w:b/>
          <w:color w:val="B01C36"/>
          <w:sz w:val="22"/>
          <w:highlight w:val="yellow"/>
        </w:rPr>
        <w:t>[YOUR CARD ISSUER OR BANK]</w:t>
      </w:r>
    </w:p>
    <w:p>
      <w:pPr>
        <w:spacing w:after="40"/>
      </w:pPr>
      <w:r>
        <w:rPr>
          <w:b/>
          <w:sz w:val="22"/>
        </w:rPr>
        <w:t xml:space="preserve">Subject: </w:t>
      </w:r>
      <w:r>
        <w:rPr>
          <w:sz w:val="22"/>
        </w:rPr>
        <w:t>Formal complaint, Section 75 claim / Chargeback request, transaction with Vinted Marketplace UAB</w:t>
      </w:r>
    </w:p>
    <w:p>
      <w:pPr>
        <w:spacing w:after="120"/>
      </w:pPr>
      <w:r>
        <w:rPr>
          <w:b w:val="0"/>
          <w:i w:val="0"/>
          <w:sz w:val="22"/>
        </w:rPr>
        <w:t>Dear Complaints Team,</w:t>
      </w:r>
    </w:p>
    <w:p>
      <w:pPr>
        <w:spacing w:after="120"/>
      </w:pPr>
      <w:r>
        <w:rPr>
          <w:b w:val="0"/>
          <w:i w:val="0"/>
          <w:sz w:val="22"/>
        </w:rPr>
        <w:t>I am writing to raise a formal complaint and request either a Section 75 claim under the Consumer Credit Act 1974 (if paid by credit card) or a chargeback under the relevant card scheme rules (if paid by debit card), in respect of a transaction with Vinted Marketplace UAB.</w:t>
      </w:r>
    </w:p>
    <w:p>
      <w:pPr>
        <w:spacing w:before="200" w:after="40"/>
      </w:pPr>
      <w:r>
        <w:rPr>
          <w:b/>
          <w:color w:val="0F2A2C"/>
          <w:sz w:val="24"/>
        </w:rPr>
        <w:t>Transaction details</w:t>
      </w:r>
    </w:p>
    <w:p>
      <w:pPr>
        <w:spacing w:after="40"/>
      </w:pPr>
      <w:r>
        <w:rPr>
          <w:b/>
          <w:sz w:val="22"/>
        </w:rPr>
        <w:t xml:space="preserve">Card ending: </w:t>
      </w:r>
      <w:r>
        <w:rPr>
          <w:b/>
          <w:color w:val="B01C36"/>
          <w:sz w:val="22"/>
          <w:highlight w:val="yellow"/>
        </w:rPr>
        <w:t>[LAST 4 DIGITS]</w:t>
      </w:r>
    </w:p>
    <w:p>
      <w:pPr>
        <w:spacing w:after="40"/>
      </w:pPr>
      <w:r>
        <w:rPr>
          <w:b/>
          <w:sz w:val="22"/>
        </w:rPr>
        <w:t xml:space="preserve">Date of transaction: </w:t>
      </w:r>
      <w:r>
        <w:rPr>
          <w:b/>
          <w:color w:val="B01C36"/>
          <w:sz w:val="22"/>
          <w:highlight w:val="yellow"/>
        </w:rPr>
        <w:t>[DATE]</w:t>
      </w:r>
    </w:p>
    <w:p>
      <w:pPr>
        <w:spacing w:after="40"/>
      </w:pPr>
      <w:r>
        <w:rPr>
          <w:b/>
          <w:sz w:val="22"/>
        </w:rPr>
        <w:t xml:space="preserve">Amount: </w:t>
      </w:r>
      <w:r>
        <w:rPr>
          <w:sz w:val="22"/>
        </w:rPr>
        <w:t>£[AMOUNT]</w:t>
      </w:r>
    </w:p>
    <w:p>
      <w:pPr>
        <w:spacing w:after="40"/>
      </w:pPr>
      <w:r>
        <w:rPr>
          <w:b/>
          <w:sz w:val="22"/>
        </w:rPr>
        <w:t xml:space="preserve">Merchant: </w:t>
      </w:r>
      <w:r>
        <w:rPr>
          <w:sz w:val="22"/>
        </w:rPr>
        <w:t>Vinted Marketplace UAB (trading as Vinted, via vinted.co.uk)</w:t>
      </w:r>
    </w:p>
    <w:p>
      <w:pPr>
        <w:spacing w:before="200" w:after="40"/>
      </w:pPr>
      <w:r>
        <w:rPr>
          <w:b/>
          <w:color w:val="0F2A2C"/>
          <w:sz w:val="24"/>
        </w:rPr>
        <w:t>What happened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[Briefly describe. Example: On [DATE] I purchased [ITEM] for £[AMOUNT] via Vinted. I also paid a Buyer Protection fee of £[AMOUNT], which Vinted markets as protecting the buyer if things go wrong. The item was counterfeit / not as described / never arrived / seller banned before delivery. I raised a dispute with Vinted on [DATE]. Vinted refused / did not respond / offered inadequate resolution. I have therefore been supplied with goods that were not as described, or not supplied at all, and the merchant has failed to remedy the position.]</w:t>
      </w:r>
    </w:p>
    <w:p>
      <w:pPr>
        <w:spacing w:before="200" w:after="40"/>
      </w:pPr>
      <w:r>
        <w:rPr>
          <w:b/>
          <w:color w:val="0F2A2C"/>
          <w:sz w:val="24"/>
        </w:rPr>
        <w:t>Legal basis</w:t>
      </w:r>
    </w:p>
    <w:p>
      <w:pPr>
        <w:spacing w:after="120"/>
      </w:pPr>
      <w:r>
        <w:rPr>
          <w:b w:val="0"/>
          <w:i w:val="0"/>
          <w:sz w:val="22"/>
        </w:rPr>
        <w:t>If paid by credit card: I am claiming under Section 75 of the Consumer Credit Act 1974, which makes you jointly and severally liable with the supplier for a breach of contract or misrepresentation, where the price of a single item was more than £100 and up to £30,000.</w:t>
      </w:r>
    </w:p>
    <w:p>
      <w:pPr>
        <w:spacing w:after="120"/>
      </w:pPr>
      <w:r>
        <w:rPr>
          <w:b w:val="0"/>
          <w:i w:val="0"/>
          <w:sz w:val="22"/>
        </w:rPr>
        <w:t>If paid by debit card: I am requesting a chargeback under the Visa / Mastercard scheme rules on the basis of goods not as described or not received.</w:t>
      </w:r>
    </w:p>
    <w:p>
      <w:pPr>
        <w:spacing w:before="200" w:after="40"/>
      </w:pPr>
      <w:r>
        <w:rPr>
          <w:b/>
          <w:color w:val="0F2A2C"/>
          <w:sz w:val="24"/>
        </w:rPr>
        <w:t>What I am asking for</w:t>
      </w:r>
    </w:p>
    <w:p>
      <w:pPr>
        <w:spacing w:after="120"/>
      </w:pPr>
      <w:r>
        <w:rPr>
          <w:b/>
          <w:sz w:val="22"/>
        </w:rPr>
        <w:t xml:space="preserve">1. </w:t>
      </w:r>
      <w:r>
        <w:rPr>
          <w:sz w:val="22"/>
        </w:rPr>
        <w:t>A full refund of £[AMOUNT] to my account.</w:t>
      </w:r>
    </w:p>
    <w:p>
      <w:pPr>
        <w:spacing w:after="120"/>
      </w:pPr>
      <w:r>
        <w:rPr>
          <w:b/>
          <w:sz w:val="22"/>
        </w:rPr>
        <w:t xml:space="preserve">2. </w:t>
      </w:r>
      <w:r>
        <w:rPr>
          <w:sz w:val="22"/>
        </w:rPr>
        <w:t>If applicable, a refund of the Buyer Protection fee of £[AMOUNT], which was charged for a service that did not deliver its promised outcome.</w:t>
      </w:r>
    </w:p>
    <w:p>
      <w:pPr>
        <w:spacing w:after="120"/>
      </w:pPr>
      <w:r>
        <w:rPr>
          <w:b/>
          <w:sz w:val="22"/>
        </w:rPr>
        <w:t xml:space="preserve">3. </w:t>
      </w:r>
      <w:r>
        <w:rPr>
          <w:sz w:val="22"/>
        </w:rPr>
        <w:t>Written confirmation of your decision within 8 weeks. If you refuse or are unable to resolve this within 8 weeks, please issue a Final Response letter so that I can refer this complaint to the Financial Ombudsman Service.</w:t>
      </w:r>
    </w:p>
    <w:p>
      <w:pPr>
        <w:spacing w:before="200" w:after="40"/>
      </w:pPr>
      <w:r>
        <w:rPr>
          <w:b/>
          <w:color w:val="0F2A2C"/>
          <w:sz w:val="24"/>
        </w:rPr>
        <w:t>Supporting evidence enclosed</w:t>
      </w:r>
    </w:p>
    <w:p>
      <w:pPr>
        <w:pStyle w:val="ListBullet"/>
        <w:spacing w:after="60"/>
      </w:pPr>
      <w:r>
        <w:rPr>
          <w:sz w:val="22"/>
        </w:rPr>
        <w:t>Screenshots of the transaction and Vinted's response.</w:t>
      </w:r>
    </w:p>
    <w:p>
      <w:pPr>
        <w:pStyle w:val="ListBullet"/>
        <w:spacing w:after="60"/>
      </w:pPr>
      <w:r>
        <w:rPr>
          <w:sz w:val="22"/>
        </w:rPr>
        <w:t>Order reference and correspondence with Vinted.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[Any other evidence]</w:t>
      </w:r>
    </w:p>
    <w:p>
      <w:pPr>
        <w:spacing w:after="120"/>
      </w:pPr>
      <w:r>
        <w:rPr>
          <w:b w:val="0"/>
          <w:i w:val="0"/>
          <w:sz w:val="22"/>
        </w:rPr>
        <w:t>I look forward to your response within 8 weeks.</w:t>
      </w:r>
    </w:p>
    <w:p>
      <w:pPr>
        <w:spacing w:after="80"/>
      </w:pPr>
      <w:r>
        <w:rPr>
          <w:b w:val="0"/>
          <w:i w:val="0"/>
          <w:sz w:val="22"/>
        </w:rPr>
        <w:t>Yours sincerely,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NAME]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ACCOUNT NUMBER OR CUSTOMER REFERENCE]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EMAIL]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ADDRESS]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[DATE]</w:t>
      </w:r>
    </w:p>
    <w:p>
      <w:pPr>
        <w:pBdr>
          <w:bottom w:val="single" w:sz="6" w:space="1" w:color="0F2A2C"/>
        </w:pBdr>
      </w:pPr>
    </w:p>
    <w:p>
      <w:pPr>
        <w:spacing w:before="280" w:after="80"/>
      </w:pPr>
      <w:r>
        <w:rPr>
          <w:b/>
          <w:color w:val="007782"/>
          <w:sz w:val="22"/>
        </w:rPr>
        <w:t>SECTION B: ESCALATION LETTER TO THE FINANCIAL OMBUDSMAN SERVICE</w:t>
      </w:r>
    </w:p>
    <w:p>
      <w:pPr>
        <w:spacing w:after="120"/>
      </w:pPr>
      <w:r>
        <w:rPr>
          <w:b w:val="0"/>
          <w:i/>
          <w:color w:val="5E7375"/>
          <w:sz w:val="22"/>
        </w:rPr>
        <w:t>Only send this AFTER 8 weeks have passed OR you have received a Final Response you disagree with.</w:t>
      </w:r>
    </w:p>
    <w:p>
      <w:pPr>
        <w:spacing w:after="120"/>
      </w:pPr>
      <w:r>
        <w:rPr>
          <w:b w:val="0"/>
          <w:i/>
          <w:color w:val="5E7375"/>
          <w:sz w:val="20"/>
        </w:rPr>
        <w:t>Send via: financial-ombudsman.org.uk/consumers/how-to-complain</w:t>
      </w:r>
    </w:p>
    <w:p>
      <w:pPr>
        <w:spacing w:after="120"/>
      </w:pPr>
      <w:r>
        <w:rPr>
          <w:b w:val="0"/>
          <w:i/>
          <w:color w:val="5E7375"/>
          <w:sz w:val="20"/>
        </w:rPr>
        <w:t>Or post to: Financial Ombudsman Service, Exchange Tower, London E14 9SR</w:t>
      </w:r>
    </w:p>
    <w:p>
      <w:pPr>
        <w:spacing w:after="120"/>
      </w:pPr>
      <w:r>
        <w:rPr>
          <w:b w:val="0"/>
          <w:i/>
          <w:color w:val="5E7375"/>
          <w:sz w:val="20"/>
        </w:rPr>
        <w:t>Or phone: 0800 023 4567</w:t>
      </w:r>
    </w:p>
    <w:p>
      <w:pPr>
        <w:spacing w:after="40"/>
      </w:pPr>
      <w:r>
        <w:rPr>
          <w:b/>
          <w:sz w:val="22"/>
        </w:rPr>
        <w:t xml:space="preserve">To: </w:t>
      </w:r>
      <w:r>
        <w:rPr>
          <w:sz w:val="22"/>
        </w:rPr>
        <w:t>Financial Ombudsman Service</w:t>
      </w:r>
    </w:p>
    <w:p>
      <w:pPr>
        <w:spacing w:after="120"/>
      </w:pPr>
      <w:r>
        <w:rPr>
          <w:sz w:val="22"/>
        </w:rPr>
        <w:t xml:space="preserve">Subject: Complaint referral, </w:t>
      </w:r>
      <w:r>
        <w:rPr>
          <w:b/>
          <w:color w:val="B01C36"/>
          <w:sz w:val="22"/>
          <w:highlight w:val="yellow"/>
        </w:rPr>
        <w:t>[YOUR CARD ISSUER / BANK]</w:t>
      </w:r>
      <w:r>
        <w:rPr>
          <w:sz w:val="22"/>
        </w:rPr>
        <w:t>, regarding Vinted transaction dispute</w:t>
      </w:r>
    </w:p>
    <w:p>
      <w:pPr>
        <w:spacing w:after="120"/>
      </w:pPr>
      <w:r>
        <w:rPr>
          <w:b w:val="0"/>
          <w:i w:val="0"/>
          <w:sz w:val="22"/>
        </w:rPr>
        <w:t>Dear Ombudsman,</w:t>
      </w:r>
    </w:p>
    <w:p>
      <w:pPr>
        <w:spacing w:after="120"/>
      </w:pPr>
      <w:r>
        <w:rPr>
          <w:sz w:val="22"/>
        </w:rPr>
        <w:t xml:space="preserve">I am referring the enclosed complaint to the Financial Ombudsman Service. My card issuer, </w:t>
      </w:r>
      <w:r>
        <w:rPr>
          <w:b/>
          <w:color w:val="B01C36"/>
          <w:sz w:val="22"/>
          <w:highlight w:val="yellow"/>
        </w:rPr>
        <w:t>[YOUR CARD ISSUER / BANK]</w:t>
      </w:r>
      <w:r>
        <w:rPr>
          <w:sz w:val="22"/>
        </w:rPr>
        <w:t>, has [refused my Section 75 / chargeback claim / failed to respond within 8 weeks] in relation to a disputed transaction with Vinted Marketplace UAB.</w:t>
      </w:r>
    </w:p>
    <w:p>
      <w:pPr>
        <w:spacing w:before="200" w:after="40"/>
      </w:pPr>
      <w:r>
        <w:rPr>
          <w:b/>
          <w:color w:val="0F2A2C"/>
          <w:sz w:val="24"/>
        </w:rPr>
        <w:t>Summary</w:t>
      </w:r>
    </w:p>
    <w:p>
      <w:pPr>
        <w:spacing w:after="40"/>
      </w:pPr>
      <w:r>
        <w:rPr>
          <w:b/>
          <w:sz w:val="22"/>
        </w:rPr>
        <w:t xml:space="preserve">Date of original transaction: </w:t>
      </w:r>
      <w:r>
        <w:rPr>
          <w:b/>
          <w:color w:val="B01C36"/>
          <w:sz w:val="22"/>
          <w:highlight w:val="yellow"/>
        </w:rPr>
        <w:t>[DATE]</w:t>
      </w:r>
    </w:p>
    <w:p>
      <w:pPr>
        <w:spacing w:after="40"/>
      </w:pPr>
      <w:r>
        <w:rPr>
          <w:b/>
          <w:sz w:val="22"/>
        </w:rPr>
        <w:t xml:space="preserve">Amount: </w:t>
      </w:r>
      <w:r>
        <w:rPr>
          <w:sz w:val="22"/>
        </w:rPr>
        <w:t>£[AMOUNT]</w:t>
      </w:r>
    </w:p>
    <w:p>
      <w:pPr>
        <w:spacing w:after="40"/>
      </w:pPr>
      <w:r>
        <w:rPr>
          <w:b/>
          <w:sz w:val="22"/>
        </w:rPr>
        <w:t xml:space="preserve">Card ending: </w:t>
      </w:r>
      <w:r>
        <w:rPr>
          <w:b/>
          <w:color w:val="B01C36"/>
          <w:sz w:val="22"/>
          <w:highlight w:val="yellow"/>
        </w:rPr>
        <w:t>[LAST 4 DIGITS]</w:t>
      </w:r>
    </w:p>
    <w:p>
      <w:pPr>
        <w:spacing w:after="40"/>
      </w:pPr>
      <w:r>
        <w:rPr>
          <w:b/>
          <w:sz w:val="22"/>
        </w:rPr>
        <w:t xml:space="preserve">Date I complained to my card issuer: </w:t>
      </w:r>
      <w:r>
        <w:rPr>
          <w:b/>
          <w:color w:val="B01C36"/>
          <w:sz w:val="22"/>
          <w:highlight w:val="yellow"/>
        </w:rPr>
        <w:t>[DATE]</w:t>
      </w:r>
    </w:p>
    <w:p>
      <w:pPr>
        <w:spacing w:after="40"/>
      </w:pPr>
      <w:r>
        <w:rPr>
          <w:b/>
          <w:sz w:val="22"/>
        </w:rPr>
        <w:t xml:space="preserve">Date of Final Response, if issued: </w:t>
      </w:r>
      <w:r>
        <w:rPr>
          <w:b/>
          <w:color w:val="B01C36"/>
          <w:sz w:val="22"/>
          <w:highlight w:val="yellow"/>
        </w:rPr>
        <w:t>[DATE]</w:t>
      </w:r>
    </w:p>
    <w:p>
      <w:pPr>
        <w:spacing w:before="200" w:after="40"/>
      </w:pPr>
      <w:r>
        <w:rPr>
          <w:b/>
          <w:color w:val="0F2A2C"/>
          <w:sz w:val="24"/>
        </w:rPr>
        <w:t>The issue in short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[I paid Vinted £[AMOUNT] for [ITEM], plus a Buyer Protection fee of £[AMOUNT]. The item was counterfeit / not as described / never arrived / seller banned before delivery. Vinted's own dispute process failed to resolve this. I therefore claimed a refund from my card issuer under Section 75 / chargeback rules. My card issuer refused / failed to respond. I do not accept that this decision is fair.]</w:t>
      </w:r>
    </w:p>
    <w:p>
      <w:pPr>
        <w:spacing w:before="200" w:after="40"/>
      </w:pPr>
      <w:r>
        <w:rPr>
          <w:b/>
          <w:color w:val="0F2A2C"/>
          <w:sz w:val="24"/>
        </w:rPr>
        <w:t>Why I believe my card issuer's decision is wrong</w:t>
      </w:r>
    </w:p>
    <w:p>
      <w:pPr>
        <w:spacing w:after="120"/>
      </w:pPr>
      <w:r>
        <w:rPr>
          <w:b/>
          <w:sz w:val="22"/>
        </w:rPr>
        <w:t xml:space="preserve">1. </w:t>
      </w:r>
      <w:r>
        <w:rPr>
          <w:sz w:val="22"/>
        </w:rPr>
        <w:t>The supplier failed to provide goods matching their description or failed to provide any goods at all, which is a clear breach of contract under the Consumer Rights Act 2015.</w:t>
      </w:r>
    </w:p>
    <w:p>
      <w:pPr>
        <w:spacing w:after="120"/>
      </w:pPr>
      <w:r>
        <w:rPr>
          <w:b/>
          <w:sz w:val="22"/>
        </w:rPr>
        <w:t xml:space="preserve">2. </w:t>
      </w:r>
      <w:r>
        <w:rPr>
          <w:sz w:val="22"/>
        </w:rPr>
        <w:t>I paid a Buyer Protection fee that was marketed as insurance-like coverage, which itself failed to deliver.</w:t>
      </w:r>
    </w:p>
    <w:p>
      <w:pPr>
        <w:spacing w:after="120"/>
      </w:pPr>
      <w:r>
        <w:rPr>
          <w:b/>
          <w:sz w:val="22"/>
        </w:rPr>
        <w:t xml:space="preserve">3. </w:t>
      </w:r>
      <w:r>
        <w:rPr>
          <w:sz w:val="22"/>
        </w:rPr>
        <w:t>My card issuer has legal obligations under Section 75 (if credit card) or under card scheme chargeback rules (if debit card). Their refusal does not appear consistent with those obligations.</w:t>
      </w:r>
    </w:p>
    <w:p>
      <w:pPr>
        <w:spacing w:after="120"/>
      </w:pPr>
      <w:r>
        <w:rPr>
          <w:b/>
          <w:sz w:val="22"/>
        </w:rPr>
        <w:t xml:space="preserve">4. </w:t>
      </w:r>
      <w:r>
        <w:rPr>
          <w:sz w:val="22"/>
        </w:rPr>
        <w:t>This is not an isolated case. Over 5,600 UK Vinted users have documented similar failures on the public research site sadvintedfaces.com. The pattern is consistent and well documented.</w:t>
      </w:r>
    </w:p>
    <w:p>
      <w:pPr>
        <w:spacing w:before="200" w:after="40"/>
      </w:pPr>
      <w:r>
        <w:rPr>
          <w:b/>
          <w:color w:val="0F2A2C"/>
          <w:sz w:val="24"/>
        </w:rPr>
        <w:t>What I am asking the Ombudsman to do</w:t>
      </w:r>
    </w:p>
    <w:p>
      <w:pPr>
        <w:spacing w:after="120"/>
      </w:pPr>
      <w:r>
        <w:rPr>
          <w:b/>
          <w:sz w:val="22"/>
        </w:rPr>
        <w:t xml:space="preserve">1. </w:t>
      </w:r>
      <w:r>
        <w:rPr>
          <w:sz w:val="22"/>
        </w:rPr>
        <w:t>Investigate my card issuer's handling of this complaint.</w:t>
      </w:r>
    </w:p>
    <w:p>
      <w:pPr>
        <w:spacing w:after="120"/>
      </w:pPr>
      <w:r>
        <w:rPr>
          <w:b/>
          <w:sz w:val="22"/>
        </w:rPr>
        <w:t xml:space="preserve">2. </w:t>
      </w:r>
      <w:r>
        <w:rPr>
          <w:sz w:val="22"/>
        </w:rPr>
        <w:t>Consider whether their refusal to refund is consistent with their legal and regulatory obligations.</w:t>
      </w:r>
    </w:p>
    <w:p>
      <w:pPr>
        <w:spacing w:after="120"/>
      </w:pPr>
      <w:r>
        <w:rPr>
          <w:b/>
          <w:sz w:val="22"/>
        </w:rPr>
        <w:t xml:space="preserve">3. </w:t>
      </w:r>
      <w:r>
        <w:rPr>
          <w:sz w:val="22"/>
        </w:rPr>
        <w:t>Order a refund of the transaction amount plus the Buyer Protection fee, and appropriate compensation for the time and distress caused by their handling of this complaint.</w:t>
      </w:r>
    </w:p>
    <w:p>
      <w:pPr>
        <w:spacing w:before="200" w:after="40"/>
      </w:pPr>
      <w:r>
        <w:rPr>
          <w:b/>
          <w:color w:val="0F2A2C"/>
          <w:sz w:val="24"/>
        </w:rPr>
        <w:t>Enclosed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[My original complaint letter to my card issuer or bank, dated [DATE]]</w:t>
      </w:r>
    </w:p>
    <w:p>
      <w:pPr>
        <w:pStyle w:val="ListBullet"/>
        <w:spacing w:after="60"/>
      </w:pPr>
      <w:r>
        <w:rPr>
          <w:sz w:val="22"/>
        </w:rPr>
        <w:t>Their Final Response, or evidence of no response after 8 weeks.</w:t>
      </w:r>
    </w:p>
    <w:p>
      <w:pPr>
        <w:pStyle w:val="ListBullet"/>
        <w:spacing w:after="60"/>
      </w:pPr>
      <w:r>
        <w:rPr>
          <w:sz w:val="22"/>
        </w:rPr>
        <w:t>Original transaction records and correspondence with Vinted.</w:t>
      </w:r>
    </w:p>
    <w:p>
      <w:pPr>
        <w:pStyle w:val="ListBullet"/>
        <w:spacing w:after="60"/>
      </w:pPr>
      <w:r>
        <w:rPr>
          <w:sz w:val="22"/>
        </w:rPr>
        <w:t>Screenshots evidencing the issue with the item or account.</w:t>
      </w:r>
    </w:p>
    <w:p>
      <w:pPr>
        <w:spacing w:after="80"/>
      </w:pPr>
      <w:r>
        <w:rPr>
          <w:b w:val="0"/>
          <w:i w:val="0"/>
          <w:sz w:val="22"/>
        </w:rPr>
        <w:t>Yours sincerely,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NAME]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EMAIL]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ADDRESS]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[YOUR TELEPHONE NUMBER]</w:t>
      </w:r>
    </w:p>
    <w:p>
      <w:pPr>
        <w:spacing w:after="120"/>
      </w:pPr>
      <w:r>
        <w:rPr>
          <w:b/>
          <w:color w:val="B01C36"/>
          <w:sz w:val="22"/>
          <w:highlight w:val="yellow"/>
        </w:rPr>
        <w:t>[DATE]</w:t>
      </w:r>
    </w:p>
    <w:p>
      <w:pPr>
        <w:pBdr>
          <w:bottom w:val="single" w:sz="6" w:space="1" w:color="0F2A2C"/>
        </w:pBdr>
      </w:pPr>
    </w:p>
    <w:p>
      <w:pPr>
        <w:jc w:val="center"/>
      </w:pPr>
      <w:r>
        <w:rPr>
          <w:i/>
          <w:color w:val="5E7375"/>
          <w:sz w:val="18"/>
        </w:rPr>
        <w:t>Provided free by Sad Vinted Faces  ·  sadvintedfaces.com</w:t>
      </w:r>
    </w:p>
    <w:p>
      <w:pPr>
        <w:jc w:val="center"/>
      </w:pPr>
      <w:r>
        <w:rPr>
          <w:i/>
          <w:color w:val="5E7375"/>
          <w:sz w:val="16"/>
        </w:rPr>
        <w:t>Nothing on this page is legal advice. Adapt to your own facts. Speak to a qualified solicitor for higher-value claims.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F2A2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