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C08800"/>
          <w:sz w:val="16"/>
        </w:rPr>
        <w:t>SAD VINTED FACES  ·  sadvintedfaces.com</w:t>
      </w:r>
    </w:p>
    <w:p>
      <w:r>
        <w:rPr>
          <w:b/>
          <w:color w:val="0F2A2C"/>
          <w:sz w:val="40"/>
        </w:rPr>
        <w:t>Human review request for a Vinted ban or restriction</w:t>
      </w:r>
    </w:p>
    <w:p>
      <w:r>
        <w:rPr>
          <w:i/>
          <w:color w:val="5E7375"/>
          <w:sz w:val="22"/>
        </w:rPr>
        <w:t>The softer first-contact letter. Use before the legal-team letter if you want a simpler, more polite opening.</w:t>
      </w:r>
    </w:p>
    <w:p>
      <w:pPr>
        <w:pBdr>
          <w:bottom w:val="single" w:sz="6" w:space="1" w:color="0F2A2C"/>
        </w:pBdr>
      </w:pPr>
    </w:p>
    <w:p>
      <w:pPr>
        <w:spacing w:before="280" w:after="80"/>
      </w:pPr>
      <w:r>
        <w:rPr>
          <w:b/>
          <w:color w:val="007782"/>
          <w:sz w:val="22"/>
        </w:rPr>
        <w:t>HOW TO USE THIS LETTER</w:t>
      </w:r>
    </w:p>
    <w:p>
      <w:pPr>
        <w:pStyle w:val="ListBullet"/>
        <w:spacing w:after="60"/>
      </w:pPr>
      <w:r>
        <w:rPr>
          <w:sz w:val="22"/>
        </w:rPr>
        <w:t>Fill in the yellow-highlighted fields.</w:t>
      </w:r>
    </w:p>
    <w:p>
      <w:pPr>
        <w:pStyle w:val="ListBullet"/>
        <w:spacing w:after="60"/>
      </w:pPr>
      <w:r>
        <w:rPr>
          <w:sz w:val="22"/>
        </w:rPr>
        <w:t>Send by email to the Vinted contact routes listed at the bottom of this document.</w:t>
      </w:r>
    </w:p>
    <w:p>
      <w:pPr>
        <w:pStyle w:val="ListBullet"/>
        <w:spacing w:after="60"/>
      </w:pPr>
      <w:r>
        <w:rPr>
          <w:sz w:val="22"/>
        </w:rPr>
        <w:t>Also send a copy via Vinted's in-app appeal route. Keep the language and facts consistent across every channel.</w:t>
      </w:r>
    </w:p>
    <w:p>
      <w:pPr>
        <w:pStyle w:val="ListBullet"/>
        <w:spacing w:after="60"/>
      </w:pPr>
      <w:r>
        <w:rPr>
          <w:sz w:val="22"/>
        </w:rPr>
        <w:t>Keep screenshots of everything you send and every reply you get.</w:t>
      </w:r>
    </w:p>
    <w:p>
      <w:pPr>
        <w:spacing w:before="280" w:after="80"/>
      </w:pPr>
      <w:r>
        <w:rPr>
          <w:b/>
          <w:color w:val="007782"/>
          <w:sz w:val="22"/>
        </w:rPr>
        <w:t>THE LETTER</w:t>
      </w:r>
    </w:p>
    <w:p>
      <w:pPr>
        <w:spacing w:after="40"/>
      </w:pPr>
      <w:r>
        <w:rPr>
          <w:b/>
          <w:sz w:val="22"/>
        </w:rPr>
        <w:t xml:space="preserve">Full name: </w:t>
      </w:r>
      <w:r>
        <w:rPr>
          <w:b/>
          <w:color w:val="B01C36"/>
          <w:sz w:val="22"/>
          <w:highlight w:val="yellow"/>
        </w:rPr>
        <w:t>[YOUR NAME]</w:t>
      </w:r>
    </w:p>
    <w:p>
      <w:pPr>
        <w:spacing w:after="40"/>
      </w:pPr>
      <w:r>
        <w:rPr>
          <w:b/>
          <w:sz w:val="22"/>
        </w:rPr>
        <w:t xml:space="preserve">Vinted username: </w:t>
      </w:r>
      <w:r>
        <w:rPr>
          <w:b/>
          <w:color w:val="B01C36"/>
          <w:sz w:val="22"/>
          <w:highlight w:val="yellow"/>
        </w:rPr>
        <w:t>[YOUR USERNAME]</w:t>
      </w:r>
    </w:p>
    <w:p>
      <w:pPr>
        <w:spacing w:after="40"/>
      </w:pPr>
      <w:r>
        <w:rPr>
          <w:b/>
          <w:sz w:val="22"/>
        </w:rPr>
        <w:t xml:space="preserve">Email: </w:t>
      </w:r>
      <w:r>
        <w:rPr>
          <w:b/>
          <w:color w:val="B01C36"/>
          <w:sz w:val="22"/>
          <w:highlight w:val="yellow"/>
        </w:rPr>
        <w:t>[YOUR EMAIL]</w:t>
      </w:r>
    </w:p>
    <w:p>
      <w:pPr>
        <w:spacing w:after="40"/>
      </w:pPr>
      <w:r>
        <w:rPr>
          <w:b/>
          <w:sz w:val="22"/>
        </w:rPr>
        <w:t xml:space="preserve">Date: </w:t>
      </w:r>
      <w:r>
        <w:rPr>
          <w:b/>
          <w:color w:val="B01C36"/>
          <w:sz w:val="22"/>
          <w:highlight w:val="yellow"/>
        </w:rPr>
        <w:t>[DATE]</w:t>
      </w:r>
    </w:p>
    <w:p>
      <w:pPr>
        <w:spacing w:before="200" w:after="40"/>
      </w:pPr>
      <w:r>
        <w:rPr>
          <w:b/>
          <w:color w:val="0F2A2C"/>
          <w:sz w:val="24"/>
        </w:rPr>
        <w:t>Formal complaint - human review requested</w:t>
      </w:r>
    </w:p>
    <w:p>
      <w:pPr>
        <w:spacing w:after="120"/>
      </w:pPr>
      <w:r>
        <w:rPr>
          <w:b w:val="0"/>
          <w:i w:val="0"/>
          <w:sz w:val="22"/>
        </w:rPr>
        <w:t>Dear Vinted Legal / Trust &amp; Safety Team,</w:t>
      </w:r>
    </w:p>
    <w:p>
      <w:pPr>
        <w:spacing w:after="120"/>
      </w:pPr>
      <w:r>
        <w:rPr>
          <w:b w:val="0"/>
          <w:i w:val="0"/>
          <w:sz w:val="22"/>
        </w:rPr>
        <w:t>I am writing to formally challenge the restriction or permanent suspension of my Vinted account and to request a proper human review of the decision.</w:t>
      </w:r>
    </w:p>
    <w:p>
      <w:pPr>
        <w:spacing w:after="120"/>
      </w:pPr>
      <w:r>
        <w:rPr>
          <w:sz w:val="22"/>
        </w:rPr>
        <w:t xml:space="preserve">I dispute the allegation or reason given for the action taken against my account. </w:t>
      </w:r>
      <w:r>
        <w:rPr>
          <w:b/>
          <w:color w:val="B01C36"/>
          <w:sz w:val="22"/>
          <w:highlight w:val="yellow"/>
        </w:rPr>
        <w:t>[Briefly explain the reason Vinted gave and why you believe the decision is incorrect.]</w:t>
      </w:r>
    </w:p>
    <w:p>
      <w:pPr>
        <w:spacing w:after="120"/>
      </w:pPr>
      <w:r>
        <w:rPr>
          <w:b w:val="0"/>
          <w:i w:val="0"/>
          <w:sz w:val="22"/>
        </w:rPr>
        <w:t>I have already attempted to resolve this through Vinted's normal support and appeal process and have provided supporting information and evidence where applicable. However, I have continued to receive generic or automated responses and have not received a clear, evidence-based explanation addressing the points I have raised.</w:t>
      </w:r>
    </w:p>
    <w:p>
      <w:pPr>
        <w:spacing w:after="120"/>
      </w:pPr>
      <w:r>
        <w:rPr>
          <w:b w:val="0"/>
          <w:i w:val="0"/>
          <w:sz w:val="22"/>
        </w:rPr>
        <w:t>I am therefore requesting that this matter is reviewed by an appropriately qualified human member of Vinted's Trust &amp; Safety, Moderation or Legal team.</w:t>
      </w:r>
    </w:p>
    <w:p>
      <w:pPr>
        <w:spacing w:after="120"/>
      </w:pPr>
      <w:r>
        <w:rPr>
          <w:b w:val="0"/>
          <w:i w:val="0"/>
          <w:sz w:val="22"/>
        </w:rPr>
        <w:t>Please provide a clear response to the following:</w:t>
      </w:r>
    </w:p>
    <w:p>
      <w:pPr>
        <w:spacing w:after="120"/>
      </w:pPr>
      <w:r>
        <w:rPr>
          <w:b/>
          <w:sz w:val="22"/>
        </w:rPr>
        <w:t xml:space="preserve">1. </w:t>
      </w:r>
      <w:r>
        <w:rPr>
          <w:sz w:val="22"/>
        </w:rPr>
        <w:t>What specific evidence or information led Vinted to restrict or permanently suspend my account?</w:t>
      </w:r>
    </w:p>
    <w:p>
      <w:pPr>
        <w:spacing w:after="120"/>
      </w:pPr>
      <w:r>
        <w:rPr>
          <w:b/>
          <w:sz w:val="22"/>
        </w:rPr>
        <w:t xml:space="preserve">2. </w:t>
      </w:r>
      <w:r>
        <w:rPr>
          <w:sz w:val="22"/>
        </w:rPr>
        <w:t>What specific activity, listing or conduct is alleged to have breached Vinted's Terms and Conditions?</w:t>
      </w:r>
    </w:p>
    <w:p>
      <w:pPr>
        <w:spacing w:after="120"/>
      </w:pPr>
      <w:r>
        <w:rPr>
          <w:b/>
          <w:sz w:val="22"/>
        </w:rPr>
        <w:t xml:space="preserve">3. </w:t>
      </w:r>
      <w:r>
        <w:rPr>
          <w:sz w:val="22"/>
        </w:rPr>
        <w:t>Was an automated system involved in identifying the alleged breach or making or recommending the decision?</w:t>
      </w:r>
    </w:p>
    <w:p>
      <w:pPr>
        <w:spacing w:after="120"/>
      </w:pPr>
      <w:r>
        <w:rPr>
          <w:b/>
          <w:sz w:val="22"/>
        </w:rPr>
        <w:t xml:space="preserve">4. </w:t>
      </w:r>
      <w:r>
        <w:rPr>
          <w:sz w:val="22"/>
        </w:rPr>
        <w:t>If automation was involved, was the decision subsequently reviewed by appropriately qualified human staff?</w:t>
      </w:r>
    </w:p>
    <w:p>
      <w:pPr>
        <w:spacing w:after="120"/>
      </w:pPr>
      <w:r>
        <w:rPr>
          <w:b/>
          <w:sz w:val="22"/>
        </w:rPr>
        <w:t xml:space="preserve">5. </w:t>
      </w:r>
      <w:r>
        <w:rPr>
          <w:sz w:val="22"/>
        </w:rPr>
        <w:t>Has all evidence and information I submitted as part of my appeal actually been considered?</w:t>
      </w:r>
    </w:p>
    <w:p>
      <w:pPr>
        <w:spacing w:after="120"/>
      </w:pPr>
      <w:r>
        <w:rPr>
          <w:b/>
          <w:sz w:val="22"/>
        </w:rPr>
        <w:t xml:space="preserve">6. </w:t>
      </w:r>
      <w:r>
        <w:rPr>
          <w:sz w:val="22"/>
        </w:rPr>
        <w:t>What evidence does Vinted rely upon that contradicts the evidence or explanation I have provided?</w:t>
      </w:r>
    </w:p>
    <w:p>
      <w:pPr>
        <w:spacing w:after="120"/>
      </w:pPr>
      <w:r>
        <w:rPr>
          <w:b w:val="0"/>
          <w:i w:val="0"/>
          <w:sz w:val="22"/>
        </w:rPr>
        <w:t>I understand that Vinted is entitled to enforce its Terms and Conditions. However, where a serious action such as restricting or permanently suspending an account is taken, I am requesting a meaningful opportunity to challenge that decision and a sufficiently clear explanation of the reasons for it.</w:t>
      </w:r>
    </w:p>
    <w:p>
      <w:pPr>
        <w:spacing w:after="120"/>
      </w:pPr>
      <w:r>
        <w:rPr>
          <w:b w:val="0"/>
          <w:i w:val="0"/>
          <w:sz w:val="22"/>
        </w:rPr>
        <w:t>I am formally requesting:</w:t>
      </w:r>
    </w:p>
    <w:p>
      <w:pPr>
        <w:pStyle w:val="ListBullet"/>
        <w:spacing w:after="60"/>
      </w:pPr>
      <w:r>
        <w:rPr>
          <w:sz w:val="22"/>
        </w:rPr>
        <w:t>A genuine human review of my account and the decision taken against it.</w:t>
      </w:r>
    </w:p>
    <w:p>
      <w:pPr>
        <w:pStyle w:val="ListBullet"/>
        <w:spacing w:after="60"/>
      </w:pPr>
      <w:r>
        <w:rPr>
          <w:sz w:val="22"/>
        </w:rPr>
        <w:t>Proper consideration of all supporting evidence I have supplied.</w:t>
      </w:r>
    </w:p>
    <w:p>
      <w:pPr>
        <w:pStyle w:val="ListBullet"/>
        <w:spacing w:after="60"/>
      </w:pPr>
      <w:r>
        <w:rPr>
          <w:sz w:val="22"/>
        </w:rPr>
        <w:t>A specific explanation of the evidence and reasoning relied upon.</w:t>
      </w:r>
    </w:p>
    <w:p>
      <w:pPr>
        <w:pStyle w:val="ListBullet"/>
        <w:spacing w:after="60"/>
      </w:pPr>
      <w:r>
        <w:rPr>
          <w:sz w:val="22"/>
        </w:rPr>
        <w:t>Clarification of whether automated systems were involved in the decision.</w:t>
      </w:r>
    </w:p>
    <w:p>
      <w:pPr>
        <w:pStyle w:val="ListBullet"/>
        <w:spacing w:after="60"/>
      </w:pPr>
      <w:r>
        <w:rPr>
          <w:sz w:val="22"/>
        </w:rPr>
        <w:t>Reinstatement of my account if Vinted cannot substantiate the alleged breach.</w:t>
      </w:r>
    </w:p>
    <w:p>
      <w:pPr>
        <w:spacing w:after="120"/>
      </w:pPr>
      <w:r>
        <w:rPr>
          <w:b w:val="0"/>
          <w:i w:val="0"/>
          <w:sz w:val="22"/>
        </w:rPr>
        <w:t>Please acknowledge receipt of this complaint, provide a case or reference number, and confirm that the matter has been escalated for human review.</w:t>
      </w:r>
    </w:p>
    <w:p>
      <w:pPr>
        <w:spacing w:after="120"/>
      </w:pPr>
      <w:r>
        <w:rPr>
          <w:b w:val="0"/>
          <w:i w:val="0"/>
          <w:sz w:val="22"/>
        </w:rPr>
        <w:t>I do not consider another generic automated response that fails to address the evidence and questions raised above to constitute a meaningful resolution of this complaint.</w:t>
      </w:r>
    </w:p>
    <w:p>
      <w:pPr>
        <w:spacing w:after="80"/>
      </w:pPr>
      <w:r>
        <w:rPr>
          <w:b w:val="0"/>
          <w:i w:val="0"/>
          <w:sz w:val="22"/>
        </w:rPr>
        <w:t>Kind regards,</w:t>
      </w:r>
    </w:p>
    <w:p>
      <w:pPr>
        <w:spacing w:after="120"/>
      </w:pPr>
      <w:r>
        <w:rPr>
          <w:b/>
          <w:color w:val="B01C36"/>
          <w:sz w:val="22"/>
          <w:highlight w:val="yellow"/>
        </w:rPr>
        <w:t>[YOUR NAME]</w:t>
      </w:r>
    </w:p>
    <w:p>
      <w:pPr>
        <w:spacing w:after="120"/>
      </w:pPr>
      <w:r>
        <w:rPr>
          <w:sz w:val="22"/>
        </w:rPr>
        <w:t xml:space="preserve">Vinted username: </w:t>
      </w:r>
      <w:r>
        <w:rPr>
          <w:b/>
          <w:color w:val="B01C36"/>
          <w:sz w:val="22"/>
          <w:highlight w:val="yellow"/>
        </w:rPr>
        <w:t>[YOUR USERNAME]</w:t>
      </w:r>
    </w:p>
    <w:p>
      <w:pPr>
        <w:spacing w:after="120"/>
      </w:pPr>
      <w:r>
        <w:rPr>
          <w:b/>
          <w:color w:val="B01C36"/>
          <w:sz w:val="22"/>
          <w:highlight w:val="yellow"/>
        </w:rPr>
        <w:t>[YOUR EMAIL]</w:t>
      </w:r>
    </w:p>
    <w:p>
      <w:pPr>
        <w:spacing w:before="280" w:after="80"/>
      </w:pPr>
      <w:r>
        <w:rPr>
          <w:b/>
          <w:color w:val="007782"/>
          <w:sz w:val="22"/>
        </w:rPr>
        <w:t>WHERE TO SEND IT</w:t>
      </w:r>
    </w:p>
    <w:p>
      <w:pPr>
        <w:spacing w:after="120"/>
      </w:pPr>
      <w:r>
        <w:rPr>
          <w:b w:val="0"/>
          <w:i w:val="0"/>
          <w:sz w:val="22"/>
        </w:rPr>
        <w:t>The addresses below have been used by community members successfully. Not every address is a dedicated appeals address, so put the primary one in the To field and Cc the rest. Send the same message via the in-app appeal route too.</w:t>
      </w:r>
    </w:p>
    <w:p>
      <w:pPr>
        <w:pStyle w:val="ListBullet"/>
        <w:spacing w:after="60"/>
      </w:pPr>
      <w:r>
        <w:rPr>
          <w:sz w:val="22"/>
        </w:rPr>
        <w:t>legal@vinted.co.uk (primary)</w:t>
      </w:r>
    </w:p>
    <w:p>
      <w:pPr>
        <w:pStyle w:val="ListBullet"/>
        <w:spacing w:after="60"/>
      </w:pPr>
      <w:r>
        <w:rPr>
          <w:sz w:val="22"/>
        </w:rPr>
        <w:t>legal@vinted.com</w:t>
      </w:r>
    </w:p>
    <w:p>
      <w:pPr>
        <w:pStyle w:val="ListBullet"/>
        <w:spacing w:after="60"/>
      </w:pPr>
      <w:r>
        <w:rPr>
          <w:sz w:val="22"/>
        </w:rPr>
        <w:t>legal@vinted.ie</w:t>
      </w:r>
    </w:p>
    <w:p>
      <w:pPr>
        <w:pStyle w:val="ListBullet"/>
        <w:spacing w:after="60"/>
      </w:pPr>
      <w:r>
        <w:rPr>
          <w:sz w:val="22"/>
        </w:rPr>
        <w:t>privacysupport@vinted.co.uk</w:t>
      </w:r>
    </w:p>
    <w:p>
      <w:pPr>
        <w:pStyle w:val="ListBullet"/>
        <w:spacing w:after="60"/>
      </w:pPr>
      <w:r>
        <w:rPr>
          <w:sz w:val="22"/>
        </w:rPr>
        <w:t>press@vinted.co.uk</w:t>
      </w:r>
    </w:p>
    <w:p>
      <w:pPr>
        <w:pStyle w:val="ListBullet"/>
        <w:spacing w:after="60"/>
      </w:pPr>
      <w:r>
        <w:rPr>
          <w:sz w:val="22"/>
        </w:rPr>
        <w:t>adam.jay@vinted.com (CEO)</w:t>
      </w:r>
    </w:p>
    <w:p>
      <w:pPr>
        <w:pStyle w:val="ListBullet"/>
        <w:spacing w:after="60"/>
      </w:pPr>
      <w:r>
        <w:rPr>
          <w:sz w:val="22"/>
        </w:rPr>
        <w:t>thomas@vinted.com</w:t>
      </w:r>
    </w:p>
    <w:p>
      <w:pPr>
        <w:pStyle w:val="ListBullet"/>
        <w:spacing w:after="60"/>
      </w:pPr>
      <w:r>
        <w:rPr>
          <w:sz w:val="22"/>
        </w:rPr>
        <w:t>vinted@vinted.com / vinted@vinted.co.uk (general)</w:t>
      </w:r>
    </w:p>
    <w:p>
      <w:pPr>
        <w:spacing w:before="280" w:after="80"/>
      </w:pPr>
      <w:r>
        <w:rPr>
          <w:b/>
          <w:color w:val="007782"/>
          <w:sz w:val="22"/>
        </w:rPr>
        <w:t>SUGGESTED EVIDENCE TO ATTACH</w:t>
      </w:r>
    </w:p>
    <w:p>
      <w:pPr>
        <w:pStyle w:val="ListBullet"/>
        <w:spacing w:after="60"/>
      </w:pPr>
      <w:r>
        <w:rPr>
          <w:sz w:val="22"/>
        </w:rPr>
        <w:t>Screenshots of the restriction or ban notice.</w:t>
      </w:r>
    </w:p>
    <w:p>
      <w:pPr>
        <w:pStyle w:val="ListBullet"/>
        <w:spacing w:after="60"/>
      </w:pPr>
      <w:r>
        <w:rPr>
          <w:sz w:val="22"/>
        </w:rPr>
        <w:t>Copies or screenshots of Vinted support and appeal responses.</w:t>
      </w:r>
    </w:p>
    <w:p>
      <w:pPr>
        <w:pStyle w:val="ListBullet"/>
        <w:spacing w:after="60"/>
      </w:pPr>
      <w:r>
        <w:rPr>
          <w:sz w:val="22"/>
        </w:rPr>
        <w:t>Photographs of the item or listing involved.</w:t>
      </w:r>
    </w:p>
    <w:p>
      <w:pPr>
        <w:pStyle w:val="ListBullet"/>
        <w:spacing w:after="60"/>
      </w:pPr>
      <w:r>
        <w:rPr>
          <w:sz w:val="22"/>
        </w:rPr>
        <w:t>Receipts, labels, serial or product information, or other authenticity evidence, if applicable.</w:t>
      </w:r>
    </w:p>
    <w:p>
      <w:pPr>
        <w:pStyle w:val="ListBullet"/>
        <w:spacing w:after="60"/>
      </w:pPr>
      <w:r>
        <w:rPr>
          <w:sz w:val="22"/>
        </w:rPr>
        <w:t>Screenshots showing your account history or reviews, if relevant.</w:t>
      </w:r>
    </w:p>
    <w:p>
      <w:pPr>
        <w:pStyle w:val="ListBullet"/>
        <w:spacing w:after="60"/>
      </w:pPr>
      <w:r>
        <w:rPr>
          <w:sz w:val="22"/>
        </w:rPr>
        <w:t>Any other evidence directly supporting your individual case.</w:t>
      </w:r>
    </w:p>
    <w:p>
      <w:pPr>
        <w:spacing w:before="280" w:after="80"/>
      </w:pPr>
      <w:r>
        <w:rPr>
          <w:b/>
          <w:color w:val="007782"/>
          <w:sz w:val="22"/>
        </w:rPr>
        <w:t>IF THIS LETTER DOES NOT RESOLVE IT</w:t>
      </w:r>
    </w:p>
    <w:p>
      <w:pPr>
        <w:spacing w:after="120"/>
      </w:pPr>
      <w:r>
        <w:rPr>
          <w:b w:val="0"/>
          <w:i w:val="0"/>
          <w:sz w:val="22"/>
        </w:rPr>
        <w:t>Escalate to the next step in the ladder at sadvintedfaces.com/take-action:</w:t>
      </w:r>
    </w:p>
    <w:p>
      <w:pPr>
        <w:pStyle w:val="ListBullet"/>
        <w:spacing w:after="60"/>
      </w:pPr>
      <w:r>
        <w:rPr>
          <w:sz w:val="22"/>
        </w:rPr>
        <w:t>Subject Access Request (SAR) to Vinted - forces disclosure of the ban reason and any automated logic.</w:t>
      </w:r>
    </w:p>
    <w:p>
      <w:pPr>
        <w:pStyle w:val="ListBullet"/>
        <w:spacing w:after="60"/>
      </w:pPr>
      <w:r>
        <w:rPr>
          <w:sz w:val="22"/>
        </w:rPr>
        <w:t>Legal notice to Vinted's legal team - sets a 14-day formal deadline.</w:t>
      </w:r>
    </w:p>
    <w:p>
      <w:pPr>
        <w:pStyle w:val="ListBullet"/>
        <w:spacing w:after="60"/>
      </w:pPr>
      <w:r>
        <w:rPr>
          <w:sz w:val="22"/>
        </w:rPr>
        <w:t>Letter Before Claim to Vinted's CEO - the pre-court legal notice.</w:t>
      </w:r>
    </w:p>
    <w:p>
      <w:pPr>
        <w:pBdr>
          <w:bottom w:val="single" w:sz="6" w:space="1" w:color="0F2A2C"/>
        </w:pBdr>
      </w:pPr>
    </w:p>
    <w:p>
      <w:pPr>
        <w:jc w:val="center"/>
      </w:pPr>
      <w:r>
        <w:rPr>
          <w:i/>
          <w:color w:val="5E7375"/>
          <w:sz w:val="18"/>
        </w:rPr>
        <w:t>Provided free by Sad Vinted Faces  ·  sadvintedfaces.com</w:t>
      </w:r>
    </w:p>
    <w:p>
      <w:pPr>
        <w:jc w:val="center"/>
      </w:pPr>
      <w:r>
        <w:rPr>
          <w:i/>
          <w:color w:val="5E7375"/>
          <w:sz w:val="16"/>
        </w:rPr>
        <w:t>Nothing on this page is legal advice. Adapt to your own facts. Speak to a qualified solicitor for higher-value claims.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F2A2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